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2F5BC" w14:textId="77777777" w:rsidR="001816F0" w:rsidRDefault="001816F0" w:rsidP="00E97FFA">
      <w:pPr>
        <w:pStyle w:val="berschrift1"/>
        <w:rPr>
          <w:lang w:val="it-IT"/>
        </w:rPr>
      </w:pPr>
    </w:p>
    <w:p w14:paraId="2F79FE39" w14:textId="77777777" w:rsidR="00DF7D9F" w:rsidRPr="00DA62E6" w:rsidRDefault="001816F0" w:rsidP="00DA62E6">
      <w:pPr>
        <w:pStyle w:val="berschrift1"/>
        <w:spacing w:before="0"/>
        <w:jc w:val="center"/>
        <w:rPr>
          <w:rFonts w:cstheme="majorHAnsi"/>
          <w:lang w:val="it-IT"/>
        </w:rPr>
      </w:pPr>
      <w:r w:rsidRPr="00DA62E6">
        <w:rPr>
          <w:rFonts w:cstheme="majorHAnsi"/>
          <w:lang w:val="it-IT"/>
        </w:rPr>
        <w:t>WOCHENMENÜ</w:t>
      </w:r>
    </w:p>
    <w:p w14:paraId="761A8AC6" w14:textId="77777777" w:rsidR="00DF7D9F" w:rsidRPr="00DA62E6" w:rsidRDefault="001816F0" w:rsidP="00DA62E6">
      <w:pPr>
        <w:pStyle w:val="berschrift2"/>
        <w:spacing w:before="0"/>
        <w:jc w:val="center"/>
        <w:rPr>
          <w:rFonts w:cstheme="majorHAnsi"/>
          <w:color w:val="365F91" w:themeColor="accent1" w:themeShade="BF"/>
          <w:lang w:val="it-IT"/>
        </w:rPr>
      </w:pPr>
      <w:r w:rsidRPr="00DA62E6">
        <w:rPr>
          <w:rFonts w:cstheme="majorHAnsi"/>
          <w:color w:val="365F91" w:themeColor="accent1" w:themeShade="BF"/>
          <w:lang w:val="it-IT"/>
        </w:rPr>
        <w:t>MENÙ SETTIMANALE</w:t>
      </w:r>
    </w:p>
    <w:p w14:paraId="734AC55D" w14:textId="06531787" w:rsidR="00DF7D9F" w:rsidRPr="00DA62E6" w:rsidRDefault="00090679" w:rsidP="00DA62E6">
      <w:pPr>
        <w:jc w:val="center"/>
        <w:rPr>
          <w:rFonts w:asciiTheme="majorHAnsi" w:hAnsiTheme="majorHAnsi" w:cstheme="majorHAnsi"/>
          <w:lang w:val="it-IT"/>
        </w:rPr>
      </w:pPr>
      <w:r>
        <w:rPr>
          <w:rFonts w:asciiTheme="majorHAnsi" w:hAnsiTheme="majorHAnsi" w:cstheme="majorHAnsi"/>
          <w:lang w:val="it-IT"/>
        </w:rPr>
        <w:t>19</w:t>
      </w:r>
      <w:r w:rsidR="003E322C">
        <w:rPr>
          <w:rFonts w:asciiTheme="majorHAnsi" w:hAnsiTheme="majorHAnsi" w:cstheme="majorHAnsi"/>
          <w:lang w:val="it-IT"/>
        </w:rPr>
        <w:t>.10</w:t>
      </w:r>
      <w:r w:rsidR="00F36224" w:rsidRPr="00DA62E6">
        <w:rPr>
          <w:rFonts w:asciiTheme="majorHAnsi" w:hAnsiTheme="majorHAnsi" w:cstheme="majorHAnsi"/>
          <w:lang w:val="it-IT"/>
        </w:rPr>
        <w:t>.26</w:t>
      </w:r>
      <w:r w:rsidR="005572FA" w:rsidRPr="00DA62E6">
        <w:rPr>
          <w:rFonts w:asciiTheme="majorHAnsi" w:hAnsiTheme="majorHAnsi" w:cstheme="majorHAnsi"/>
          <w:lang w:val="it-IT"/>
        </w:rPr>
        <w:t xml:space="preserve"> – </w:t>
      </w:r>
      <w:r>
        <w:rPr>
          <w:rFonts w:asciiTheme="majorHAnsi" w:hAnsiTheme="majorHAnsi" w:cstheme="majorHAnsi"/>
          <w:lang w:val="it-IT"/>
        </w:rPr>
        <w:t>25</w:t>
      </w:r>
      <w:r w:rsidR="003E322C">
        <w:rPr>
          <w:rFonts w:asciiTheme="majorHAnsi" w:hAnsiTheme="majorHAnsi" w:cstheme="majorHAnsi"/>
          <w:lang w:val="it-IT"/>
        </w:rPr>
        <w:t>.10.26</w:t>
      </w:r>
    </w:p>
    <w:p w14:paraId="16826F4F" w14:textId="77777777" w:rsidR="00DF7D9F" w:rsidRPr="00DA62E6" w:rsidRDefault="00DF7D9F" w:rsidP="00DA62E6">
      <w:pPr>
        <w:rPr>
          <w:rFonts w:asciiTheme="majorHAnsi" w:hAnsiTheme="majorHAnsi" w:cstheme="majorHAnsi"/>
          <w:lang w:val="it-IT"/>
        </w:rPr>
      </w:pPr>
    </w:p>
    <w:p w14:paraId="7FE1F5B1" w14:textId="4EB14553" w:rsidR="004F6EE9" w:rsidRPr="00B5492E" w:rsidRDefault="001816F0" w:rsidP="004F6EE9">
      <w:pPr>
        <w:rPr>
          <w:rFonts w:asciiTheme="majorHAnsi" w:eastAsiaTheme="majorEastAsia" w:hAnsiTheme="majorHAnsi" w:cstheme="majorHAnsi"/>
          <w:b/>
          <w:bCs/>
        </w:rPr>
      </w:pPr>
      <w:proofErr w:type="spellStart"/>
      <w:r w:rsidRPr="00DA62E6">
        <w:rPr>
          <w:rFonts w:asciiTheme="majorHAnsi" w:hAnsiTheme="majorHAnsi" w:cstheme="majorHAnsi"/>
          <w:b/>
          <w:bCs/>
          <w:color w:val="365F91" w:themeColor="accent1" w:themeShade="BF"/>
          <w:lang w:val="it-IT"/>
        </w:rPr>
        <w:t>Montag</w:t>
      </w:r>
      <w:proofErr w:type="spellEnd"/>
      <w:r w:rsidRPr="00DA62E6">
        <w:rPr>
          <w:rFonts w:asciiTheme="majorHAnsi" w:hAnsiTheme="majorHAnsi" w:cstheme="majorHAnsi"/>
          <w:b/>
          <w:bCs/>
          <w:color w:val="365F91" w:themeColor="accent1" w:themeShade="BF"/>
          <w:lang w:val="it-IT"/>
        </w:rPr>
        <w:t xml:space="preserve"> / Lunedì</w:t>
      </w:r>
      <w:r w:rsidR="00DE5388">
        <w:rPr>
          <w:rFonts w:asciiTheme="majorHAnsi" w:hAnsiTheme="majorHAnsi" w:cstheme="majorHAnsi"/>
          <w:b/>
          <w:bCs/>
          <w:color w:val="365F91" w:themeColor="accent1" w:themeShade="BF"/>
          <w:lang w:val="it-IT"/>
        </w:rPr>
        <w:br/>
      </w:r>
      <w:proofErr w:type="spellStart"/>
      <w:r w:rsidR="00090679" w:rsidRPr="00090679">
        <w:rPr>
          <w:rFonts w:asciiTheme="majorHAnsi" w:eastAsiaTheme="majorEastAsia" w:hAnsiTheme="majorHAnsi" w:cstheme="majorHAnsi"/>
          <w:b/>
          <w:bCs/>
        </w:rPr>
        <w:t>Gerstensuppe</w:t>
      </w:r>
      <w:proofErr w:type="spellEnd"/>
      <w:r w:rsidR="00090679" w:rsidRPr="00090679">
        <w:rPr>
          <w:rFonts w:asciiTheme="majorHAnsi" w:eastAsiaTheme="majorEastAsia" w:hAnsiTheme="majorHAnsi" w:cstheme="majorHAnsi"/>
          <w:b/>
          <w:bCs/>
        </w:rPr>
        <w:t xml:space="preserve"> </w:t>
      </w:r>
      <w:proofErr w:type="spellStart"/>
      <w:r w:rsidR="00090679" w:rsidRPr="00090679">
        <w:rPr>
          <w:rFonts w:asciiTheme="majorHAnsi" w:eastAsiaTheme="majorEastAsia" w:hAnsiTheme="majorHAnsi" w:cstheme="majorHAnsi"/>
          <w:b/>
          <w:bCs/>
        </w:rPr>
        <w:t>mit</w:t>
      </w:r>
      <w:proofErr w:type="spellEnd"/>
      <w:r w:rsidR="00090679" w:rsidRPr="00090679">
        <w:rPr>
          <w:rFonts w:asciiTheme="majorHAnsi" w:eastAsiaTheme="majorEastAsia" w:hAnsiTheme="majorHAnsi" w:cstheme="majorHAnsi"/>
          <w:b/>
          <w:bCs/>
        </w:rPr>
        <w:t xml:space="preserve"> </w:t>
      </w:r>
      <w:proofErr w:type="spellStart"/>
      <w:r w:rsidR="00090679" w:rsidRPr="00090679">
        <w:rPr>
          <w:rFonts w:asciiTheme="majorHAnsi" w:eastAsiaTheme="majorEastAsia" w:hAnsiTheme="majorHAnsi" w:cstheme="majorHAnsi"/>
          <w:b/>
          <w:bCs/>
        </w:rPr>
        <w:t>Gemüse</w:t>
      </w:r>
      <w:proofErr w:type="spellEnd"/>
      <w:r w:rsidR="00090679" w:rsidRPr="00090679">
        <w:rPr>
          <w:rFonts w:asciiTheme="majorHAnsi" w:eastAsiaTheme="majorEastAsia" w:hAnsiTheme="majorHAnsi" w:cstheme="majorHAnsi"/>
          <w:b/>
          <w:bCs/>
        </w:rPr>
        <w:t xml:space="preserve"> und </w:t>
      </w:r>
      <w:proofErr w:type="spellStart"/>
      <w:r w:rsidR="00090679" w:rsidRPr="00090679">
        <w:rPr>
          <w:rFonts w:asciiTheme="majorHAnsi" w:eastAsiaTheme="majorEastAsia" w:hAnsiTheme="majorHAnsi" w:cstheme="majorHAnsi"/>
          <w:b/>
          <w:bCs/>
        </w:rPr>
        <w:t>geräuchertem</w:t>
      </w:r>
      <w:proofErr w:type="spellEnd"/>
      <w:r w:rsidR="00090679" w:rsidRPr="00090679">
        <w:rPr>
          <w:rFonts w:asciiTheme="majorHAnsi" w:eastAsiaTheme="majorEastAsia" w:hAnsiTheme="majorHAnsi" w:cstheme="majorHAnsi"/>
          <w:b/>
          <w:bCs/>
        </w:rPr>
        <w:t xml:space="preserve"> </w:t>
      </w:r>
      <w:proofErr w:type="spellStart"/>
      <w:r w:rsidR="00090679" w:rsidRPr="00090679">
        <w:rPr>
          <w:rFonts w:asciiTheme="majorHAnsi" w:eastAsiaTheme="majorEastAsia" w:hAnsiTheme="majorHAnsi" w:cstheme="majorHAnsi"/>
          <w:b/>
          <w:bCs/>
        </w:rPr>
        <w:t>Schweinekarree</w:t>
      </w:r>
      <w:proofErr w:type="spellEnd"/>
      <w:r w:rsidR="00B5492E">
        <w:rPr>
          <w:rFonts w:asciiTheme="majorHAnsi" w:eastAsiaTheme="majorEastAsia" w:hAnsiTheme="majorHAnsi" w:cstheme="majorHAnsi"/>
          <w:b/>
          <w:bCs/>
        </w:rPr>
        <w:br/>
      </w:r>
      <w:r w:rsidR="00090679" w:rsidRPr="00090679">
        <w:rPr>
          <w:rFonts w:asciiTheme="majorHAnsi" w:eastAsiaTheme="majorEastAsia" w:hAnsiTheme="majorHAnsi" w:cstheme="majorHAnsi"/>
          <w:i/>
          <w:iCs/>
        </w:rPr>
        <w:t xml:space="preserve">Zuppa </w:t>
      </w:r>
      <w:proofErr w:type="spellStart"/>
      <w:r w:rsidR="00090679" w:rsidRPr="00090679">
        <w:rPr>
          <w:rFonts w:asciiTheme="majorHAnsi" w:eastAsiaTheme="majorEastAsia" w:hAnsiTheme="majorHAnsi" w:cstheme="majorHAnsi"/>
          <w:i/>
          <w:iCs/>
        </w:rPr>
        <w:t>d'orzo</w:t>
      </w:r>
      <w:proofErr w:type="spellEnd"/>
      <w:r w:rsidR="00090679" w:rsidRPr="00090679">
        <w:rPr>
          <w:rFonts w:asciiTheme="majorHAnsi" w:eastAsiaTheme="majorEastAsia" w:hAnsiTheme="majorHAnsi" w:cstheme="majorHAnsi"/>
          <w:i/>
          <w:iCs/>
        </w:rPr>
        <w:t xml:space="preserve"> con </w:t>
      </w:r>
      <w:proofErr w:type="spellStart"/>
      <w:r w:rsidR="00090679" w:rsidRPr="00090679">
        <w:rPr>
          <w:rFonts w:asciiTheme="majorHAnsi" w:eastAsiaTheme="majorEastAsia" w:hAnsiTheme="majorHAnsi" w:cstheme="majorHAnsi"/>
          <w:i/>
          <w:iCs/>
        </w:rPr>
        <w:t>verdurine</w:t>
      </w:r>
      <w:proofErr w:type="spellEnd"/>
      <w:r w:rsidR="00090679" w:rsidRPr="00090679">
        <w:rPr>
          <w:rFonts w:asciiTheme="majorHAnsi" w:eastAsiaTheme="majorEastAsia" w:hAnsiTheme="majorHAnsi" w:cstheme="majorHAnsi"/>
          <w:i/>
          <w:iCs/>
        </w:rPr>
        <w:t xml:space="preserve"> e carré di </w:t>
      </w:r>
      <w:proofErr w:type="spellStart"/>
      <w:r w:rsidR="00090679" w:rsidRPr="00090679">
        <w:rPr>
          <w:rFonts w:asciiTheme="majorHAnsi" w:eastAsiaTheme="majorEastAsia" w:hAnsiTheme="majorHAnsi" w:cstheme="majorHAnsi"/>
          <w:i/>
          <w:iCs/>
        </w:rPr>
        <w:t>maiale</w:t>
      </w:r>
      <w:proofErr w:type="spellEnd"/>
      <w:r w:rsidR="00090679" w:rsidRPr="00090679">
        <w:rPr>
          <w:rFonts w:asciiTheme="majorHAnsi" w:eastAsiaTheme="majorEastAsia" w:hAnsiTheme="majorHAnsi" w:cstheme="majorHAnsi"/>
          <w:i/>
          <w:iCs/>
        </w:rPr>
        <w:t xml:space="preserve"> </w:t>
      </w:r>
      <w:proofErr w:type="spellStart"/>
      <w:r w:rsidR="00090679" w:rsidRPr="00090679">
        <w:rPr>
          <w:rFonts w:asciiTheme="majorHAnsi" w:eastAsiaTheme="majorEastAsia" w:hAnsiTheme="majorHAnsi" w:cstheme="majorHAnsi"/>
          <w:i/>
          <w:iCs/>
        </w:rPr>
        <w:t>affumicato</w:t>
      </w:r>
      <w:proofErr w:type="spellEnd"/>
    </w:p>
    <w:p w14:paraId="260EDC99" w14:textId="1DB13EA0" w:rsidR="00727796" w:rsidRDefault="00090679" w:rsidP="00727796">
      <w:pPr>
        <w:pStyle w:val="berschrift3"/>
        <w:spacing w:before="0"/>
        <w:rPr>
          <w:rFonts w:cstheme="majorHAnsi"/>
          <w:color w:val="auto"/>
        </w:rPr>
      </w:pPr>
      <w:proofErr w:type="spellStart"/>
      <w:r w:rsidRPr="00090679">
        <w:rPr>
          <w:rFonts w:cstheme="majorHAnsi"/>
          <w:color w:val="auto"/>
        </w:rPr>
        <w:t>Fleischkrapfen</w:t>
      </w:r>
      <w:proofErr w:type="spellEnd"/>
      <w:r w:rsidRPr="00090679">
        <w:rPr>
          <w:rFonts w:cstheme="majorHAnsi"/>
          <w:color w:val="auto"/>
        </w:rPr>
        <w:t xml:space="preserve"> </w:t>
      </w:r>
      <w:proofErr w:type="spellStart"/>
      <w:r w:rsidRPr="00090679">
        <w:rPr>
          <w:rFonts w:cstheme="majorHAnsi"/>
          <w:color w:val="auto"/>
        </w:rPr>
        <w:t>mit</w:t>
      </w:r>
      <w:proofErr w:type="spellEnd"/>
      <w:r w:rsidRPr="00090679">
        <w:rPr>
          <w:rFonts w:cstheme="majorHAnsi"/>
          <w:color w:val="auto"/>
        </w:rPr>
        <w:t xml:space="preserve"> </w:t>
      </w:r>
      <w:proofErr w:type="spellStart"/>
      <w:r w:rsidRPr="00090679">
        <w:rPr>
          <w:rFonts w:cstheme="majorHAnsi"/>
          <w:color w:val="auto"/>
        </w:rPr>
        <w:t>Kartoffelpüree</w:t>
      </w:r>
      <w:proofErr w:type="spellEnd"/>
      <w:r w:rsidR="00DA62E6" w:rsidRPr="00727796">
        <w:rPr>
          <w:rFonts w:cstheme="majorHAnsi"/>
          <w:color w:val="auto"/>
          <w:lang w:val="de-DE"/>
        </w:rPr>
        <w:br/>
      </w:r>
      <w:proofErr w:type="spellStart"/>
      <w:r w:rsidRPr="00090679">
        <w:rPr>
          <w:rFonts w:cstheme="majorHAnsi"/>
          <w:b w:val="0"/>
          <w:bCs w:val="0"/>
          <w:i/>
          <w:iCs/>
          <w:color w:val="auto"/>
        </w:rPr>
        <w:t>Polpette</w:t>
      </w:r>
      <w:proofErr w:type="spellEnd"/>
      <w:r w:rsidRPr="00090679">
        <w:rPr>
          <w:rFonts w:cstheme="majorHAnsi"/>
          <w:b w:val="0"/>
          <w:bCs w:val="0"/>
          <w:i/>
          <w:iCs/>
          <w:color w:val="auto"/>
        </w:rPr>
        <w:t xml:space="preserve"> di carne con </w:t>
      </w:r>
      <w:proofErr w:type="spellStart"/>
      <w:r w:rsidRPr="00090679">
        <w:rPr>
          <w:rFonts w:cstheme="majorHAnsi"/>
          <w:b w:val="0"/>
          <w:bCs w:val="0"/>
          <w:i/>
          <w:iCs/>
          <w:color w:val="auto"/>
        </w:rPr>
        <w:t>purè</w:t>
      </w:r>
      <w:proofErr w:type="spellEnd"/>
      <w:r w:rsidRPr="00090679">
        <w:rPr>
          <w:rFonts w:cstheme="majorHAnsi"/>
          <w:b w:val="0"/>
          <w:bCs w:val="0"/>
          <w:i/>
          <w:iCs/>
          <w:color w:val="auto"/>
        </w:rPr>
        <w:t xml:space="preserve"> di </w:t>
      </w:r>
      <w:proofErr w:type="spellStart"/>
      <w:r w:rsidRPr="00090679">
        <w:rPr>
          <w:rFonts w:cstheme="majorHAnsi"/>
          <w:b w:val="0"/>
          <w:bCs w:val="0"/>
          <w:i/>
          <w:iCs/>
          <w:color w:val="auto"/>
        </w:rPr>
        <w:t>patate</w:t>
      </w:r>
      <w:proofErr w:type="spellEnd"/>
      <w:r w:rsidR="00A01F72">
        <w:rPr>
          <w:rFonts w:cstheme="majorHAnsi"/>
        </w:rPr>
        <w:br/>
      </w:r>
      <w:r w:rsidR="00685738">
        <w:rPr>
          <w:rFonts w:cstheme="majorHAnsi"/>
          <w:color w:val="365F91" w:themeColor="accent1" w:themeShade="BF"/>
          <w:lang w:val="it-IT"/>
        </w:rPr>
        <w:br/>
      </w:r>
      <w:r w:rsidR="00685738">
        <w:rPr>
          <w:rFonts w:cstheme="majorHAnsi"/>
          <w:color w:val="365F91" w:themeColor="accent1" w:themeShade="BF"/>
          <w:lang w:val="it-IT"/>
        </w:rPr>
        <w:br/>
      </w:r>
      <w:proofErr w:type="spellStart"/>
      <w:r w:rsidR="00DA62E6" w:rsidRPr="00DA62E6">
        <w:rPr>
          <w:rFonts w:cstheme="majorHAnsi"/>
          <w:color w:val="365F91" w:themeColor="accent1" w:themeShade="BF"/>
          <w:lang w:val="it-IT"/>
        </w:rPr>
        <w:t>Mittwoch</w:t>
      </w:r>
      <w:proofErr w:type="spellEnd"/>
      <w:r w:rsidR="00DA62E6" w:rsidRPr="00DA62E6">
        <w:rPr>
          <w:rFonts w:cstheme="majorHAnsi"/>
          <w:color w:val="365F91" w:themeColor="accent1" w:themeShade="BF"/>
          <w:lang w:val="it-IT"/>
        </w:rPr>
        <w:t xml:space="preserve"> / Mercoledì</w:t>
      </w:r>
      <w:r w:rsidR="00DA62E6">
        <w:rPr>
          <w:rFonts w:cstheme="majorHAnsi"/>
          <w:color w:val="365F91" w:themeColor="accent1" w:themeShade="BF"/>
          <w:lang w:val="it-IT"/>
        </w:rPr>
        <w:br/>
      </w:r>
      <w:proofErr w:type="spellStart"/>
      <w:r w:rsidRPr="00090679">
        <w:rPr>
          <w:rFonts w:cstheme="majorHAnsi"/>
          <w:color w:val="auto"/>
        </w:rPr>
        <w:t>Tortiglioni</w:t>
      </w:r>
      <w:proofErr w:type="spellEnd"/>
      <w:r w:rsidRPr="00090679">
        <w:rPr>
          <w:rFonts w:cstheme="majorHAnsi"/>
          <w:color w:val="auto"/>
        </w:rPr>
        <w:t xml:space="preserve"> </w:t>
      </w:r>
      <w:proofErr w:type="spellStart"/>
      <w:r w:rsidRPr="00090679">
        <w:rPr>
          <w:rFonts w:cstheme="majorHAnsi"/>
          <w:color w:val="auto"/>
        </w:rPr>
        <w:t>mit</w:t>
      </w:r>
      <w:proofErr w:type="spellEnd"/>
      <w:r w:rsidRPr="00090679">
        <w:rPr>
          <w:rFonts w:cstheme="majorHAnsi"/>
          <w:color w:val="auto"/>
        </w:rPr>
        <w:t xml:space="preserve"> </w:t>
      </w:r>
      <w:proofErr w:type="spellStart"/>
      <w:r w:rsidRPr="00090679">
        <w:rPr>
          <w:rFonts w:cstheme="majorHAnsi"/>
          <w:color w:val="auto"/>
        </w:rPr>
        <w:t>weißem</w:t>
      </w:r>
      <w:proofErr w:type="spellEnd"/>
      <w:r w:rsidRPr="00090679">
        <w:rPr>
          <w:rFonts w:cstheme="majorHAnsi"/>
          <w:color w:val="auto"/>
        </w:rPr>
        <w:t xml:space="preserve"> </w:t>
      </w:r>
      <w:proofErr w:type="spellStart"/>
      <w:r w:rsidRPr="00090679">
        <w:rPr>
          <w:rFonts w:cstheme="majorHAnsi"/>
          <w:color w:val="auto"/>
        </w:rPr>
        <w:t>Fleischragout</w:t>
      </w:r>
      <w:proofErr w:type="spellEnd"/>
      <w:r w:rsidRPr="00090679">
        <w:rPr>
          <w:rFonts w:cstheme="majorHAnsi"/>
          <w:color w:val="auto"/>
        </w:rPr>
        <w:t xml:space="preserve">, Pecorino und </w:t>
      </w:r>
      <w:proofErr w:type="spellStart"/>
      <w:r w:rsidRPr="00090679">
        <w:rPr>
          <w:rFonts w:cstheme="majorHAnsi"/>
          <w:color w:val="auto"/>
        </w:rPr>
        <w:t>frischem</w:t>
      </w:r>
      <w:proofErr w:type="spellEnd"/>
      <w:r w:rsidRPr="00090679">
        <w:rPr>
          <w:rFonts w:cstheme="majorHAnsi"/>
          <w:color w:val="auto"/>
        </w:rPr>
        <w:t xml:space="preserve"> </w:t>
      </w:r>
      <w:proofErr w:type="spellStart"/>
      <w:r w:rsidRPr="00090679">
        <w:rPr>
          <w:rFonts w:cstheme="majorHAnsi"/>
          <w:color w:val="auto"/>
        </w:rPr>
        <w:t>Basilikum</w:t>
      </w:r>
      <w:proofErr w:type="spellEnd"/>
    </w:p>
    <w:p w14:paraId="659B12C8" w14:textId="3B025AB8" w:rsidR="006B0362" w:rsidRPr="006B0362" w:rsidRDefault="00090679" w:rsidP="006B0362">
      <w:proofErr w:type="spellStart"/>
      <w:r w:rsidRPr="00090679">
        <w:rPr>
          <w:rFonts w:asciiTheme="majorHAnsi" w:hAnsiTheme="majorHAnsi" w:cstheme="majorHAnsi"/>
          <w:i/>
          <w:iCs/>
        </w:rPr>
        <w:t>Tortiglioni</w:t>
      </w:r>
      <w:proofErr w:type="spellEnd"/>
      <w:r w:rsidRPr="00090679">
        <w:rPr>
          <w:rFonts w:asciiTheme="majorHAnsi" w:hAnsiTheme="majorHAnsi" w:cstheme="majorHAnsi"/>
          <w:i/>
          <w:iCs/>
        </w:rPr>
        <w:t xml:space="preserve"> con ragù </w:t>
      </w:r>
      <w:proofErr w:type="spellStart"/>
      <w:r w:rsidRPr="00090679">
        <w:rPr>
          <w:rFonts w:asciiTheme="majorHAnsi" w:hAnsiTheme="majorHAnsi" w:cstheme="majorHAnsi"/>
          <w:i/>
          <w:iCs/>
        </w:rPr>
        <w:t>bianco</w:t>
      </w:r>
      <w:proofErr w:type="spellEnd"/>
      <w:r w:rsidRPr="00090679">
        <w:rPr>
          <w:rFonts w:asciiTheme="majorHAnsi" w:hAnsiTheme="majorHAnsi" w:cstheme="majorHAnsi"/>
          <w:i/>
          <w:iCs/>
        </w:rPr>
        <w:t xml:space="preserve">, pecorino e </w:t>
      </w:r>
      <w:proofErr w:type="spellStart"/>
      <w:r w:rsidRPr="00090679">
        <w:rPr>
          <w:rFonts w:asciiTheme="majorHAnsi" w:hAnsiTheme="majorHAnsi" w:cstheme="majorHAnsi"/>
          <w:i/>
          <w:iCs/>
        </w:rPr>
        <w:t>basilico</w:t>
      </w:r>
      <w:proofErr w:type="spellEnd"/>
      <w:r w:rsidRPr="00090679">
        <w:rPr>
          <w:rFonts w:asciiTheme="majorHAnsi" w:hAnsiTheme="majorHAnsi" w:cstheme="majorHAnsi"/>
          <w:i/>
          <w:iCs/>
        </w:rPr>
        <w:t xml:space="preserve"> fresco</w:t>
      </w:r>
    </w:p>
    <w:p w14:paraId="766D3E0B" w14:textId="25CB6A4B" w:rsidR="002674DC" w:rsidRDefault="00090679" w:rsidP="00E54378">
      <w:pPr>
        <w:pStyle w:val="berschrift3"/>
        <w:spacing w:before="0"/>
        <w:rPr>
          <w:rFonts w:cstheme="majorHAnsi"/>
          <w:color w:val="auto"/>
        </w:rPr>
      </w:pPr>
      <w:r w:rsidRPr="00090679">
        <w:rPr>
          <w:rFonts w:cstheme="majorHAnsi"/>
          <w:color w:val="auto"/>
        </w:rPr>
        <w:t xml:space="preserve">Currywurst </w:t>
      </w:r>
      <w:proofErr w:type="spellStart"/>
      <w:r w:rsidRPr="00090679">
        <w:rPr>
          <w:rFonts w:cstheme="majorHAnsi"/>
          <w:color w:val="auto"/>
        </w:rPr>
        <w:t>mit</w:t>
      </w:r>
      <w:proofErr w:type="spellEnd"/>
      <w:r w:rsidRPr="00090679">
        <w:rPr>
          <w:rFonts w:cstheme="majorHAnsi"/>
          <w:color w:val="auto"/>
        </w:rPr>
        <w:t xml:space="preserve"> Pommes frites</w:t>
      </w:r>
    </w:p>
    <w:p w14:paraId="6DBDB9FE" w14:textId="57621B6C" w:rsidR="00E54378" w:rsidRPr="00B5492E" w:rsidRDefault="00090679" w:rsidP="00E54378">
      <w:pPr>
        <w:pStyle w:val="berschrift3"/>
        <w:spacing w:before="0"/>
        <w:rPr>
          <w:rFonts w:cstheme="majorHAnsi"/>
          <w:i/>
          <w:iCs/>
          <w:color w:val="365F91" w:themeColor="accent1" w:themeShade="BF"/>
          <w:lang w:val="it-IT"/>
        </w:rPr>
      </w:pPr>
      <w:r w:rsidRPr="00090679">
        <w:rPr>
          <w:rFonts w:cstheme="majorHAnsi"/>
          <w:b w:val="0"/>
          <w:bCs w:val="0"/>
          <w:i/>
          <w:iCs/>
          <w:color w:val="auto"/>
        </w:rPr>
        <w:t xml:space="preserve">Currywurst con </w:t>
      </w:r>
      <w:proofErr w:type="spellStart"/>
      <w:r w:rsidRPr="00090679">
        <w:rPr>
          <w:rFonts w:cstheme="majorHAnsi"/>
          <w:b w:val="0"/>
          <w:bCs w:val="0"/>
          <w:i/>
          <w:iCs/>
          <w:color w:val="auto"/>
        </w:rPr>
        <w:t>patatine</w:t>
      </w:r>
      <w:proofErr w:type="spellEnd"/>
      <w:r w:rsidRPr="00090679">
        <w:rPr>
          <w:rFonts w:cstheme="majorHAnsi"/>
          <w:b w:val="0"/>
          <w:bCs w:val="0"/>
          <w:i/>
          <w:iCs/>
          <w:color w:val="auto"/>
        </w:rPr>
        <w:t xml:space="preserve"> </w:t>
      </w:r>
      <w:proofErr w:type="spellStart"/>
      <w:r w:rsidRPr="00090679">
        <w:rPr>
          <w:rFonts w:cstheme="majorHAnsi"/>
          <w:b w:val="0"/>
          <w:bCs w:val="0"/>
          <w:i/>
          <w:iCs/>
          <w:color w:val="auto"/>
        </w:rPr>
        <w:t>fritte</w:t>
      </w:r>
      <w:proofErr w:type="spellEnd"/>
      <w:r w:rsidR="00DA62E6" w:rsidRPr="00B5492E">
        <w:rPr>
          <w:rFonts w:cstheme="majorHAnsi"/>
          <w:i/>
          <w:iCs/>
          <w:color w:val="365F91" w:themeColor="accent1" w:themeShade="BF"/>
          <w:lang w:val="it-IT"/>
        </w:rPr>
        <w:br/>
      </w:r>
      <w:r w:rsidR="00E54378" w:rsidRPr="00B5492E">
        <w:rPr>
          <w:rFonts w:cstheme="majorHAnsi"/>
          <w:i/>
          <w:iCs/>
          <w:color w:val="365F91" w:themeColor="accent1" w:themeShade="BF"/>
          <w:lang w:val="it-IT"/>
        </w:rPr>
        <w:br/>
      </w:r>
    </w:p>
    <w:p w14:paraId="7C5B4817" w14:textId="7C3020C2" w:rsidR="00B5492E" w:rsidRDefault="00DA62E6" w:rsidP="00B5492E">
      <w:pPr>
        <w:pStyle w:val="berschrift3"/>
        <w:spacing w:before="0"/>
        <w:rPr>
          <w:rFonts w:cstheme="majorHAnsi"/>
          <w:color w:val="auto"/>
        </w:rPr>
      </w:pPr>
      <w:proofErr w:type="spellStart"/>
      <w:r w:rsidRPr="00DA62E6">
        <w:rPr>
          <w:rFonts w:cstheme="majorHAnsi"/>
          <w:color w:val="365F91" w:themeColor="accent1" w:themeShade="BF"/>
          <w:lang w:val="it-IT"/>
        </w:rPr>
        <w:t>Donnerstag</w:t>
      </w:r>
      <w:proofErr w:type="spellEnd"/>
      <w:r w:rsidRPr="00DA62E6">
        <w:rPr>
          <w:rFonts w:cstheme="majorHAnsi"/>
          <w:color w:val="365F91" w:themeColor="accent1" w:themeShade="BF"/>
          <w:lang w:val="it-IT"/>
        </w:rPr>
        <w:t xml:space="preserve"> / Giovedì</w:t>
      </w:r>
      <w:r w:rsidRPr="00DA62E6">
        <w:rPr>
          <w:rFonts w:cstheme="majorHAnsi"/>
          <w:color w:val="auto"/>
          <w:lang w:val="de-DE"/>
        </w:rPr>
        <w:br/>
      </w:r>
      <w:proofErr w:type="spellStart"/>
      <w:r w:rsidR="00090679" w:rsidRPr="00090679">
        <w:rPr>
          <w:rFonts w:cstheme="majorHAnsi"/>
          <w:color w:val="auto"/>
        </w:rPr>
        <w:t>Auberginenauflauf</w:t>
      </w:r>
      <w:proofErr w:type="spellEnd"/>
      <w:r w:rsidR="00090679" w:rsidRPr="00090679">
        <w:rPr>
          <w:rFonts w:cstheme="majorHAnsi"/>
          <w:color w:val="auto"/>
        </w:rPr>
        <w:t xml:space="preserve"> </w:t>
      </w:r>
      <w:proofErr w:type="spellStart"/>
      <w:r w:rsidR="00090679" w:rsidRPr="00090679">
        <w:rPr>
          <w:rFonts w:cstheme="majorHAnsi"/>
          <w:color w:val="auto"/>
        </w:rPr>
        <w:t>mit</w:t>
      </w:r>
      <w:proofErr w:type="spellEnd"/>
      <w:r w:rsidR="00090679" w:rsidRPr="00090679">
        <w:rPr>
          <w:rFonts w:cstheme="majorHAnsi"/>
          <w:color w:val="auto"/>
        </w:rPr>
        <w:t xml:space="preserve"> </w:t>
      </w:r>
      <w:proofErr w:type="spellStart"/>
      <w:r w:rsidR="00090679" w:rsidRPr="00090679">
        <w:rPr>
          <w:rFonts w:cstheme="majorHAnsi"/>
          <w:color w:val="auto"/>
        </w:rPr>
        <w:t>Tomaten</w:t>
      </w:r>
      <w:proofErr w:type="spellEnd"/>
      <w:r w:rsidR="00090679" w:rsidRPr="00090679">
        <w:rPr>
          <w:rFonts w:cstheme="majorHAnsi"/>
          <w:color w:val="auto"/>
        </w:rPr>
        <w:t xml:space="preserve"> und Parmesan</w:t>
      </w:r>
    </w:p>
    <w:p w14:paraId="17F11365" w14:textId="2227174A" w:rsidR="00B5492E" w:rsidRDefault="00090679" w:rsidP="00B5492E">
      <w:pPr>
        <w:pStyle w:val="berschrift3"/>
        <w:spacing w:before="0"/>
        <w:rPr>
          <w:rFonts w:cstheme="majorHAnsi"/>
          <w:color w:val="auto"/>
        </w:rPr>
      </w:pPr>
      <w:r w:rsidRPr="00090679">
        <w:rPr>
          <w:rFonts w:cstheme="majorHAnsi"/>
          <w:b w:val="0"/>
          <w:bCs w:val="0"/>
          <w:i/>
          <w:iCs/>
          <w:color w:val="auto"/>
        </w:rPr>
        <w:t xml:space="preserve">Parmigiana di </w:t>
      </w:r>
      <w:proofErr w:type="spellStart"/>
      <w:r w:rsidRPr="00090679">
        <w:rPr>
          <w:rFonts w:cstheme="majorHAnsi"/>
          <w:b w:val="0"/>
          <w:bCs w:val="0"/>
          <w:i/>
          <w:iCs/>
          <w:color w:val="auto"/>
        </w:rPr>
        <w:t>melanzane</w:t>
      </w:r>
      <w:proofErr w:type="spellEnd"/>
      <w:r w:rsidR="00DA62E6">
        <w:rPr>
          <w:rFonts w:cstheme="majorHAnsi"/>
          <w:color w:val="auto"/>
          <w:lang w:val="de-DE"/>
        </w:rPr>
        <w:br/>
      </w:r>
      <w:r w:rsidR="00DA62E6" w:rsidRPr="00DA62E6">
        <w:rPr>
          <w:rFonts w:cstheme="majorHAnsi"/>
          <w:color w:val="auto"/>
          <w:lang w:val="de-DE"/>
        </w:rPr>
        <w:br/>
      </w:r>
      <w:r w:rsidRPr="00090679">
        <w:rPr>
          <w:rFonts w:cstheme="majorHAnsi"/>
          <w:color w:val="auto"/>
        </w:rPr>
        <w:t xml:space="preserve">Cordon bleu </w:t>
      </w:r>
      <w:proofErr w:type="spellStart"/>
      <w:r w:rsidRPr="00090679">
        <w:rPr>
          <w:rFonts w:cstheme="majorHAnsi"/>
          <w:color w:val="auto"/>
        </w:rPr>
        <w:t>mit</w:t>
      </w:r>
      <w:proofErr w:type="spellEnd"/>
      <w:r w:rsidRPr="00090679">
        <w:rPr>
          <w:rFonts w:cstheme="majorHAnsi"/>
          <w:color w:val="auto"/>
        </w:rPr>
        <w:t xml:space="preserve"> </w:t>
      </w:r>
      <w:proofErr w:type="spellStart"/>
      <w:r w:rsidRPr="00090679">
        <w:rPr>
          <w:rFonts w:cstheme="majorHAnsi"/>
          <w:color w:val="auto"/>
        </w:rPr>
        <w:t>Erbsen</w:t>
      </w:r>
      <w:proofErr w:type="spellEnd"/>
      <w:r w:rsidRPr="00090679">
        <w:rPr>
          <w:rFonts w:cstheme="majorHAnsi"/>
          <w:color w:val="auto"/>
        </w:rPr>
        <w:t xml:space="preserve"> und </w:t>
      </w:r>
      <w:proofErr w:type="spellStart"/>
      <w:r w:rsidRPr="00090679">
        <w:rPr>
          <w:rFonts w:cstheme="majorHAnsi"/>
          <w:color w:val="auto"/>
        </w:rPr>
        <w:t>Karotten</w:t>
      </w:r>
      <w:proofErr w:type="spellEnd"/>
    </w:p>
    <w:p w14:paraId="313100A0" w14:textId="18214002" w:rsidR="00DA62E6" w:rsidRPr="002674DC" w:rsidRDefault="00090679" w:rsidP="00DA62E6">
      <w:pPr>
        <w:pStyle w:val="berschrift3"/>
        <w:spacing w:before="0"/>
        <w:rPr>
          <w:rFonts w:cstheme="majorHAnsi"/>
          <w:b w:val="0"/>
          <w:bCs w:val="0"/>
          <w:i/>
          <w:iCs/>
          <w:color w:val="auto"/>
          <w:lang w:val="de-DE"/>
        </w:rPr>
      </w:pPr>
      <w:r w:rsidRPr="00090679">
        <w:rPr>
          <w:rFonts w:cstheme="majorHAnsi"/>
          <w:b w:val="0"/>
          <w:bCs w:val="0"/>
          <w:i/>
          <w:iCs/>
          <w:color w:val="auto"/>
        </w:rPr>
        <w:t xml:space="preserve">Cordon bleu con </w:t>
      </w:r>
      <w:proofErr w:type="spellStart"/>
      <w:r w:rsidRPr="00090679">
        <w:rPr>
          <w:rFonts w:cstheme="majorHAnsi"/>
          <w:b w:val="0"/>
          <w:bCs w:val="0"/>
          <w:i/>
          <w:iCs/>
          <w:color w:val="auto"/>
        </w:rPr>
        <w:t>piselli</w:t>
      </w:r>
      <w:proofErr w:type="spellEnd"/>
      <w:r w:rsidRPr="00090679">
        <w:rPr>
          <w:rFonts w:cstheme="majorHAnsi"/>
          <w:b w:val="0"/>
          <w:bCs w:val="0"/>
          <w:i/>
          <w:iCs/>
          <w:color w:val="auto"/>
        </w:rPr>
        <w:t xml:space="preserve"> e </w:t>
      </w:r>
      <w:proofErr w:type="spellStart"/>
      <w:r w:rsidRPr="00090679">
        <w:rPr>
          <w:rFonts w:cstheme="majorHAnsi"/>
          <w:b w:val="0"/>
          <w:bCs w:val="0"/>
          <w:i/>
          <w:iCs/>
          <w:color w:val="auto"/>
        </w:rPr>
        <w:t>carote</w:t>
      </w:r>
      <w:proofErr w:type="spellEnd"/>
      <w:r w:rsidR="00A01F72" w:rsidRPr="002674DC">
        <w:rPr>
          <w:rFonts w:cstheme="majorHAnsi"/>
          <w:b w:val="0"/>
          <w:bCs w:val="0"/>
          <w:i/>
          <w:iCs/>
          <w:color w:val="auto"/>
          <w:lang w:val="de-DE"/>
        </w:rPr>
        <w:br/>
      </w:r>
      <w:r w:rsidR="00B5492E" w:rsidRPr="002674DC">
        <w:rPr>
          <w:rFonts w:cstheme="majorHAnsi"/>
          <w:b w:val="0"/>
          <w:bCs w:val="0"/>
          <w:i/>
          <w:iCs/>
          <w:color w:val="365F91" w:themeColor="accent1" w:themeShade="BF"/>
          <w:lang w:val="it-IT"/>
        </w:rPr>
        <w:br/>
      </w:r>
    </w:p>
    <w:p w14:paraId="68B27ACA" w14:textId="77777777" w:rsidR="00DA62E6" w:rsidRPr="00DA62E6" w:rsidRDefault="00DA62E6" w:rsidP="00DA62E6">
      <w:pPr>
        <w:pStyle w:val="berschrift3"/>
        <w:spacing w:before="0"/>
        <w:rPr>
          <w:rFonts w:cstheme="majorHAnsi"/>
          <w:color w:val="365F91" w:themeColor="accent1" w:themeShade="BF"/>
          <w:lang w:val="it-IT"/>
        </w:rPr>
      </w:pPr>
      <w:r w:rsidRPr="00DA62E6">
        <w:rPr>
          <w:rFonts w:cstheme="majorHAnsi"/>
          <w:color w:val="365F91" w:themeColor="accent1" w:themeShade="BF"/>
          <w:lang w:val="it-IT"/>
        </w:rPr>
        <w:t>Freitag / Venerdì</w:t>
      </w:r>
    </w:p>
    <w:p w14:paraId="7E7A7F71" w14:textId="7A9587C4" w:rsidR="00A01F72" w:rsidRPr="00031860" w:rsidRDefault="00D007C4" w:rsidP="00A01F72">
      <w:pPr>
        <w:rPr>
          <w:rFonts w:asciiTheme="majorHAnsi" w:hAnsiTheme="majorHAnsi" w:cstheme="majorHAnsi"/>
          <w:b/>
          <w:bCs/>
          <w:lang w:val="de-DE"/>
        </w:rPr>
      </w:pPr>
      <w:r w:rsidRPr="00D007C4">
        <w:rPr>
          <w:rFonts w:asciiTheme="majorHAnsi" w:hAnsiTheme="majorHAnsi" w:cstheme="majorHAnsi"/>
          <w:b/>
          <w:bCs/>
        </w:rPr>
        <w:t xml:space="preserve">Risotto </w:t>
      </w:r>
      <w:proofErr w:type="spellStart"/>
      <w:r w:rsidRPr="00D007C4">
        <w:rPr>
          <w:rFonts w:asciiTheme="majorHAnsi" w:hAnsiTheme="majorHAnsi" w:cstheme="majorHAnsi"/>
          <w:b/>
          <w:bCs/>
        </w:rPr>
        <w:t>mit</w:t>
      </w:r>
      <w:proofErr w:type="spellEnd"/>
      <w:r w:rsidRPr="00D007C4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Pr="00D007C4">
        <w:rPr>
          <w:rFonts w:asciiTheme="majorHAnsi" w:hAnsiTheme="majorHAnsi" w:cstheme="majorHAnsi"/>
          <w:b/>
          <w:bCs/>
        </w:rPr>
        <w:t>Salsiccia</w:t>
      </w:r>
      <w:proofErr w:type="spellEnd"/>
      <w:r w:rsidRPr="00D007C4">
        <w:rPr>
          <w:rFonts w:asciiTheme="majorHAnsi" w:hAnsiTheme="majorHAnsi" w:cstheme="majorHAnsi"/>
          <w:b/>
          <w:bCs/>
        </w:rPr>
        <w:t>, Radicchio und Brie</w:t>
      </w:r>
      <w:r w:rsidR="00DE5388">
        <w:rPr>
          <w:rFonts w:asciiTheme="majorHAnsi" w:hAnsiTheme="majorHAnsi" w:cstheme="majorHAnsi"/>
          <w:lang w:val="it-IT"/>
        </w:rPr>
        <w:br/>
      </w:r>
      <w:r w:rsidRPr="00D007C4">
        <w:rPr>
          <w:rFonts w:asciiTheme="majorHAnsi" w:hAnsiTheme="majorHAnsi" w:cstheme="majorHAnsi"/>
          <w:i/>
          <w:iCs/>
        </w:rPr>
        <w:t xml:space="preserve">Risotto con </w:t>
      </w:r>
      <w:proofErr w:type="spellStart"/>
      <w:r w:rsidRPr="00D007C4">
        <w:rPr>
          <w:rFonts w:asciiTheme="majorHAnsi" w:hAnsiTheme="majorHAnsi" w:cstheme="majorHAnsi"/>
          <w:i/>
          <w:iCs/>
        </w:rPr>
        <w:t>salsiccia</w:t>
      </w:r>
      <w:proofErr w:type="spellEnd"/>
      <w:r w:rsidRPr="00D007C4">
        <w:rPr>
          <w:rFonts w:asciiTheme="majorHAnsi" w:hAnsiTheme="majorHAnsi" w:cstheme="majorHAnsi"/>
          <w:i/>
          <w:iCs/>
        </w:rPr>
        <w:t>, radicchio e Brie</w:t>
      </w:r>
      <w:r w:rsidR="00A01F72">
        <w:rPr>
          <w:rFonts w:cstheme="majorHAnsi"/>
          <w:lang w:val="de-DE"/>
        </w:rPr>
        <w:br/>
      </w:r>
      <w:r w:rsidR="00DE5388">
        <w:rPr>
          <w:rStyle w:val="Hervorhebung"/>
          <w:rFonts w:asciiTheme="majorHAnsi" w:hAnsiTheme="majorHAnsi" w:cstheme="majorHAnsi"/>
          <w:i w:val="0"/>
          <w:iCs w:val="0"/>
          <w:lang w:val="it-IT"/>
        </w:rPr>
        <w:br/>
      </w:r>
      <w:proofErr w:type="spellStart"/>
      <w:r w:rsidRPr="00D007C4">
        <w:rPr>
          <w:rFonts w:asciiTheme="majorHAnsi" w:hAnsiTheme="majorHAnsi" w:cstheme="majorHAnsi"/>
          <w:b/>
          <w:bCs/>
        </w:rPr>
        <w:t>Ofengebackene</w:t>
      </w:r>
      <w:proofErr w:type="spellEnd"/>
      <w:r w:rsidRPr="00D007C4">
        <w:rPr>
          <w:rFonts w:asciiTheme="majorHAnsi" w:hAnsiTheme="majorHAnsi" w:cstheme="majorHAnsi"/>
          <w:b/>
          <w:bCs/>
        </w:rPr>
        <w:t xml:space="preserve"> Scholle </w:t>
      </w:r>
      <w:proofErr w:type="spellStart"/>
      <w:r w:rsidRPr="00D007C4">
        <w:rPr>
          <w:rFonts w:asciiTheme="majorHAnsi" w:hAnsiTheme="majorHAnsi" w:cstheme="majorHAnsi"/>
          <w:b/>
          <w:bCs/>
        </w:rPr>
        <w:t>mit</w:t>
      </w:r>
      <w:proofErr w:type="spellEnd"/>
      <w:r w:rsidRPr="00D007C4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Pr="00D007C4">
        <w:rPr>
          <w:rFonts w:asciiTheme="majorHAnsi" w:hAnsiTheme="majorHAnsi" w:cstheme="majorHAnsi"/>
          <w:b/>
          <w:bCs/>
        </w:rPr>
        <w:t>Gemüseratatouille</w:t>
      </w:r>
      <w:proofErr w:type="spellEnd"/>
      <w:r w:rsidR="003E322C">
        <w:rPr>
          <w:rFonts w:asciiTheme="majorHAnsi" w:hAnsiTheme="majorHAnsi" w:cstheme="majorHAnsi"/>
          <w:b/>
          <w:bCs/>
          <w:i/>
          <w:iCs/>
        </w:rPr>
        <w:br/>
      </w:r>
      <w:r w:rsidRPr="00D007C4">
        <w:rPr>
          <w:rFonts w:asciiTheme="majorHAnsi" w:hAnsiTheme="majorHAnsi" w:cstheme="majorHAnsi"/>
          <w:i/>
          <w:iCs/>
        </w:rPr>
        <w:t xml:space="preserve">Platessa al </w:t>
      </w:r>
      <w:proofErr w:type="spellStart"/>
      <w:r w:rsidRPr="00D007C4">
        <w:rPr>
          <w:rFonts w:asciiTheme="majorHAnsi" w:hAnsiTheme="majorHAnsi" w:cstheme="majorHAnsi"/>
          <w:i/>
          <w:iCs/>
        </w:rPr>
        <w:t>forno</w:t>
      </w:r>
      <w:proofErr w:type="spellEnd"/>
      <w:r w:rsidRPr="00D007C4">
        <w:rPr>
          <w:rFonts w:asciiTheme="majorHAnsi" w:hAnsiTheme="majorHAnsi" w:cstheme="majorHAnsi"/>
          <w:i/>
          <w:iCs/>
        </w:rPr>
        <w:t xml:space="preserve"> con ratatouille di verdure</w:t>
      </w:r>
      <w:r w:rsidR="00A01F72">
        <w:rPr>
          <w:rFonts w:cstheme="majorHAnsi"/>
          <w:lang w:val="de-DE"/>
        </w:rPr>
        <w:br/>
      </w:r>
    </w:p>
    <w:p w14:paraId="24F4DA2E" w14:textId="5DF7ECAF" w:rsidR="00DF7D9F" w:rsidRPr="00DA62E6" w:rsidRDefault="00DF7D9F" w:rsidP="00DA62E6">
      <w:pPr>
        <w:pStyle w:val="berschrift3"/>
        <w:spacing w:before="0"/>
        <w:rPr>
          <w:rFonts w:cstheme="majorHAnsi"/>
          <w:color w:val="auto"/>
          <w:lang w:val="it-IT"/>
        </w:rPr>
      </w:pPr>
    </w:p>
    <w:sectPr w:rsidR="00DF7D9F" w:rsidRPr="00DA62E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8064555">
    <w:abstractNumId w:val="8"/>
  </w:num>
  <w:num w:numId="2" w16cid:durableId="988049582">
    <w:abstractNumId w:val="6"/>
  </w:num>
  <w:num w:numId="3" w16cid:durableId="1698193679">
    <w:abstractNumId w:val="5"/>
  </w:num>
  <w:num w:numId="4" w16cid:durableId="458570287">
    <w:abstractNumId w:val="4"/>
  </w:num>
  <w:num w:numId="5" w16cid:durableId="1600409401">
    <w:abstractNumId w:val="7"/>
  </w:num>
  <w:num w:numId="6" w16cid:durableId="292172298">
    <w:abstractNumId w:val="3"/>
  </w:num>
  <w:num w:numId="7" w16cid:durableId="875116694">
    <w:abstractNumId w:val="2"/>
  </w:num>
  <w:num w:numId="8" w16cid:durableId="132721191">
    <w:abstractNumId w:val="1"/>
  </w:num>
  <w:num w:numId="9" w16cid:durableId="773550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860"/>
    <w:rsid w:val="00034616"/>
    <w:rsid w:val="0006063C"/>
    <w:rsid w:val="00084D09"/>
    <w:rsid w:val="00090679"/>
    <w:rsid w:val="000E7855"/>
    <w:rsid w:val="000F01FD"/>
    <w:rsid w:val="000F7C92"/>
    <w:rsid w:val="0015074B"/>
    <w:rsid w:val="00150D72"/>
    <w:rsid w:val="00152F35"/>
    <w:rsid w:val="001673B3"/>
    <w:rsid w:val="001816F0"/>
    <w:rsid w:val="00184AF7"/>
    <w:rsid w:val="00194B47"/>
    <w:rsid w:val="001F34D8"/>
    <w:rsid w:val="002674DC"/>
    <w:rsid w:val="00270B8E"/>
    <w:rsid w:val="0029639D"/>
    <w:rsid w:val="00296CEF"/>
    <w:rsid w:val="002C07C4"/>
    <w:rsid w:val="00306B57"/>
    <w:rsid w:val="00326F90"/>
    <w:rsid w:val="00383243"/>
    <w:rsid w:val="00384D49"/>
    <w:rsid w:val="003E322C"/>
    <w:rsid w:val="003F4B4F"/>
    <w:rsid w:val="0042647F"/>
    <w:rsid w:val="00440802"/>
    <w:rsid w:val="00481D75"/>
    <w:rsid w:val="004D594B"/>
    <w:rsid w:val="004D66E0"/>
    <w:rsid w:val="004F30F2"/>
    <w:rsid w:val="004F6EE9"/>
    <w:rsid w:val="005572FA"/>
    <w:rsid w:val="005A55DB"/>
    <w:rsid w:val="005C49C3"/>
    <w:rsid w:val="005D355C"/>
    <w:rsid w:val="005E3AB8"/>
    <w:rsid w:val="005F070A"/>
    <w:rsid w:val="00685738"/>
    <w:rsid w:val="006A08F6"/>
    <w:rsid w:val="006B0362"/>
    <w:rsid w:val="00713364"/>
    <w:rsid w:val="00727796"/>
    <w:rsid w:val="00763FA1"/>
    <w:rsid w:val="00765737"/>
    <w:rsid w:val="0079660B"/>
    <w:rsid w:val="007F2E1A"/>
    <w:rsid w:val="008136C2"/>
    <w:rsid w:val="00824A79"/>
    <w:rsid w:val="00890302"/>
    <w:rsid w:val="008930F7"/>
    <w:rsid w:val="008A32E0"/>
    <w:rsid w:val="008D6A2B"/>
    <w:rsid w:val="00900300"/>
    <w:rsid w:val="00901B0D"/>
    <w:rsid w:val="00912AE6"/>
    <w:rsid w:val="00956818"/>
    <w:rsid w:val="009B2505"/>
    <w:rsid w:val="00A01F72"/>
    <w:rsid w:val="00A0748F"/>
    <w:rsid w:val="00A94B11"/>
    <w:rsid w:val="00AA1D8D"/>
    <w:rsid w:val="00AB3756"/>
    <w:rsid w:val="00AF15F9"/>
    <w:rsid w:val="00B21B32"/>
    <w:rsid w:val="00B247DA"/>
    <w:rsid w:val="00B255F7"/>
    <w:rsid w:val="00B346FE"/>
    <w:rsid w:val="00B43C2C"/>
    <w:rsid w:val="00B47730"/>
    <w:rsid w:val="00B5492E"/>
    <w:rsid w:val="00B73844"/>
    <w:rsid w:val="00B91DC2"/>
    <w:rsid w:val="00BC0B61"/>
    <w:rsid w:val="00C56B5A"/>
    <w:rsid w:val="00C9755E"/>
    <w:rsid w:val="00CB0664"/>
    <w:rsid w:val="00CB579B"/>
    <w:rsid w:val="00D007C4"/>
    <w:rsid w:val="00D41FC2"/>
    <w:rsid w:val="00D56E3C"/>
    <w:rsid w:val="00DA62E6"/>
    <w:rsid w:val="00DA78B4"/>
    <w:rsid w:val="00DE3DB0"/>
    <w:rsid w:val="00DE5388"/>
    <w:rsid w:val="00DF7D9F"/>
    <w:rsid w:val="00E03338"/>
    <w:rsid w:val="00E3474B"/>
    <w:rsid w:val="00E54378"/>
    <w:rsid w:val="00E908D8"/>
    <w:rsid w:val="00E930BA"/>
    <w:rsid w:val="00E97FFA"/>
    <w:rsid w:val="00EE068E"/>
    <w:rsid w:val="00F1664A"/>
    <w:rsid w:val="00F36224"/>
    <w:rsid w:val="00F4216B"/>
    <w:rsid w:val="00F77C68"/>
    <w:rsid w:val="00F82481"/>
    <w:rsid w:val="00FC4E52"/>
    <w:rsid w:val="00FC693F"/>
    <w:rsid w:val="00FD3415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08BAE6"/>
  <w14:defaultImageDpi w14:val="300"/>
  <w15:docId w15:val="{67782511-C310-4461-839F-37B1DDD14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Standard"/>
    <w:uiPriority w:val="99"/>
    <w:semiHidden/>
    <w:unhideWhenUsed/>
    <w:rsid w:val="00DA62E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76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63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508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51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331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98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4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8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5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3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59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44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26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05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9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6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57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1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5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76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77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1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5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4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891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263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862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96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7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19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69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73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431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893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9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4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9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168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12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7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272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92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6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02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0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7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8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0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8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8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7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3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86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879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502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224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150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9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7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5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64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2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17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9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9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96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72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5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5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09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34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560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34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488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587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001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3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03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5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55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04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630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279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642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922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2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5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77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1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8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49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304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96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203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4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2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56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01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49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12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36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3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5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80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3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52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20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72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428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6205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6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2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38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9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88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32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504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324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668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6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6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0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6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21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873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69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536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00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5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5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7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64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8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55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3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24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022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922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21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0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3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7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2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250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66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277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1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8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4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66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877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8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4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3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1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68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815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46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0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879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0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1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9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31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151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857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027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533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9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43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8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08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9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4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7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443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34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462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391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424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5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2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9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43CF1E-2DA1-47DF-BBFD-E647FEE6B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cp:lastPrinted>2026-10-11T10:28:00Z</cp:lastPrinted>
  <dcterms:created xsi:type="dcterms:W3CDTF">2026-10-18T07:59:00Z</dcterms:created>
  <dcterms:modified xsi:type="dcterms:W3CDTF">2026-10-18T07:59:00Z</dcterms:modified>
</cp:coreProperties>
</file>