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F5BC" w14:textId="77777777" w:rsidR="001816F0" w:rsidRDefault="001816F0" w:rsidP="00E97FFA">
      <w:pPr>
        <w:pStyle w:val="berschrift1"/>
        <w:rPr>
          <w:lang w:val="it-IT"/>
        </w:rPr>
      </w:pPr>
    </w:p>
    <w:p w14:paraId="2F79FE39" w14:textId="77777777" w:rsidR="00DF7D9F" w:rsidRPr="00DA62E6" w:rsidRDefault="001816F0" w:rsidP="00DA62E6">
      <w:pPr>
        <w:pStyle w:val="berschrift1"/>
        <w:spacing w:before="0"/>
        <w:jc w:val="center"/>
        <w:rPr>
          <w:rFonts w:cstheme="majorHAnsi"/>
          <w:lang w:val="it-IT"/>
        </w:rPr>
      </w:pPr>
      <w:r w:rsidRPr="00DA62E6">
        <w:rPr>
          <w:rFonts w:cstheme="majorHAnsi"/>
          <w:lang w:val="it-IT"/>
        </w:rPr>
        <w:t>WOCHENMENÜ</w:t>
      </w:r>
    </w:p>
    <w:p w14:paraId="761A8AC6" w14:textId="77777777" w:rsidR="00DF7D9F" w:rsidRPr="00DA62E6" w:rsidRDefault="001816F0" w:rsidP="00DA62E6">
      <w:pPr>
        <w:pStyle w:val="berschrift2"/>
        <w:spacing w:before="0"/>
        <w:jc w:val="center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MENÙ SETTIMANALE</w:t>
      </w:r>
    </w:p>
    <w:p w14:paraId="734AC55D" w14:textId="05EA212B" w:rsidR="00DF7D9F" w:rsidRPr="00DA62E6" w:rsidRDefault="00384D49" w:rsidP="00DA62E6">
      <w:pPr>
        <w:jc w:val="center"/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07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>
        <w:rPr>
          <w:rFonts w:asciiTheme="majorHAnsi" w:hAnsiTheme="majorHAnsi" w:cstheme="majorHAnsi"/>
          <w:lang w:val="it-IT"/>
        </w:rPr>
        <w:t>9</w:t>
      </w:r>
      <w:r w:rsidR="00F36224" w:rsidRPr="00DA62E6">
        <w:rPr>
          <w:rFonts w:asciiTheme="majorHAnsi" w:hAnsiTheme="majorHAnsi" w:cstheme="majorHAnsi"/>
          <w:lang w:val="it-IT"/>
        </w:rPr>
        <w:t>.26</w:t>
      </w:r>
      <w:r w:rsidR="005572FA" w:rsidRPr="00DA62E6">
        <w:rPr>
          <w:rFonts w:asciiTheme="majorHAnsi" w:hAnsiTheme="majorHAnsi" w:cstheme="majorHAnsi"/>
          <w:lang w:val="it-IT"/>
        </w:rPr>
        <w:t xml:space="preserve"> – </w:t>
      </w:r>
      <w:r>
        <w:rPr>
          <w:rFonts w:asciiTheme="majorHAnsi" w:hAnsiTheme="majorHAnsi" w:cstheme="majorHAnsi"/>
          <w:lang w:val="it-IT"/>
        </w:rPr>
        <w:t>13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>
        <w:rPr>
          <w:rFonts w:asciiTheme="majorHAnsi" w:hAnsiTheme="majorHAnsi" w:cstheme="majorHAnsi"/>
          <w:lang w:val="it-IT"/>
        </w:rPr>
        <w:t>9</w:t>
      </w:r>
      <w:r w:rsidR="00F36224" w:rsidRPr="00DA62E6">
        <w:rPr>
          <w:rFonts w:asciiTheme="majorHAnsi" w:hAnsiTheme="majorHAnsi" w:cstheme="majorHAnsi"/>
          <w:lang w:val="it-IT"/>
        </w:rPr>
        <w:t>.26</w:t>
      </w:r>
    </w:p>
    <w:p w14:paraId="16826F4F" w14:textId="77777777" w:rsidR="00DF7D9F" w:rsidRPr="00DA62E6" w:rsidRDefault="00DF7D9F" w:rsidP="00DA62E6">
      <w:pPr>
        <w:rPr>
          <w:rFonts w:asciiTheme="majorHAnsi" w:hAnsiTheme="majorHAnsi" w:cstheme="majorHAnsi"/>
          <w:lang w:val="it-IT"/>
        </w:rPr>
      </w:pPr>
    </w:p>
    <w:p w14:paraId="7FE1F5B1" w14:textId="355DD373" w:rsidR="004F6EE9" w:rsidRPr="004F6EE9" w:rsidRDefault="001816F0" w:rsidP="004F6EE9">
      <w:pPr>
        <w:rPr>
          <w:rFonts w:asciiTheme="majorHAnsi" w:eastAsiaTheme="majorEastAsia" w:hAnsiTheme="majorHAnsi" w:cstheme="majorHAnsi"/>
          <w:b/>
          <w:bCs/>
          <w:i/>
          <w:iCs/>
        </w:rPr>
      </w:pPr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Montag / Lunedì</w:t>
      </w:r>
      <w:r w:rsidR="00DE5388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br/>
      </w:r>
      <w:r w:rsidR="00384D49" w:rsidRPr="00384D49">
        <w:rPr>
          <w:rFonts w:asciiTheme="majorHAnsi" w:eastAsiaTheme="majorEastAsia" w:hAnsiTheme="majorHAnsi" w:cstheme="majorHAnsi"/>
          <w:b/>
          <w:bCs/>
        </w:rPr>
        <w:t xml:space="preserve">Garganelli mit </w:t>
      </w:r>
      <w:r w:rsidR="00AB3756">
        <w:rPr>
          <w:rFonts w:asciiTheme="majorHAnsi" w:eastAsiaTheme="majorEastAsia" w:hAnsiTheme="majorHAnsi" w:cstheme="majorHAnsi"/>
          <w:b/>
          <w:bCs/>
        </w:rPr>
        <w:t>Salsiccia-Ragout</w:t>
      </w:r>
      <w:r w:rsidR="00DA62E6" w:rsidRPr="00DA62E6">
        <w:rPr>
          <w:rFonts w:asciiTheme="majorHAnsi" w:hAnsiTheme="majorHAnsi" w:cstheme="majorHAnsi"/>
          <w:lang w:val="it-IT"/>
        </w:rPr>
        <w:br/>
      </w:r>
      <w:r w:rsidR="00384D49" w:rsidRPr="00384D49">
        <w:rPr>
          <w:rFonts w:asciiTheme="majorHAnsi" w:eastAsiaTheme="majorEastAsia" w:hAnsiTheme="majorHAnsi" w:cstheme="majorHAnsi"/>
          <w:i/>
          <w:iCs/>
        </w:rPr>
        <w:t>Garganelli con ragù di salsiccia</w:t>
      </w:r>
    </w:p>
    <w:p w14:paraId="71A19D8D" w14:textId="63F51B49" w:rsidR="00DA62E6" w:rsidRPr="00E97FFA" w:rsidRDefault="00384D49" w:rsidP="00DA62E6">
      <w:pPr>
        <w:rPr>
          <w:rFonts w:asciiTheme="majorHAnsi" w:eastAsiaTheme="majorEastAsia" w:hAnsiTheme="majorHAnsi" w:cstheme="majorHAnsi"/>
          <w:b/>
          <w:bCs/>
        </w:rPr>
      </w:pPr>
      <w:r w:rsidRPr="00384D49">
        <w:rPr>
          <w:rFonts w:asciiTheme="majorHAnsi" w:eastAsiaTheme="majorEastAsia" w:hAnsiTheme="majorHAnsi" w:cstheme="majorHAnsi"/>
          <w:b/>
          <w:bCs/>
        </w:rPr>
        <w:t>Hähnchenbrust mit Karotten und Zucchini</w:t>
      </w:r>
      <w:r w:rsidR="00DA62E6">
        <w:rPr>
          <w:rFonts w:cstheme="majorHAnsi"/>
          <w:lang w:val="de-DE"/>
        </w:rPr>
        <w:br/>
      </w:r>
      <w:r w:rsidRPr="00384D49">
        <w:rPr>
          <w:rFonts w:asciiTheme="majorHAnsi" w:hAnsiTheme="majorHAnsi" w:cstheme="majorHAnsi"/>
        </w:rPr>
        <w:t>Petto di pollo con carote e zucchine</w:t>
      </w:r>
      <w:r w:rsidR="00A01F72">
        <w:rPr>
          <w:rFonts w:asciiTheme="majorHAnsi" w:hAnsiTheme="majorHAnsi" w:cstheme="majorHAnsi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Mittwoch / Mercoledì</w:t>
      </w:r>
      <w:r w:rsidR="00DA62E6">
        <w:rPr>
          <w:rFonts w:cstheme="majorHAnsi"/>
          <w:color w:val="365F91" w:themeColor="accent1" w:themeShade="BF"/>
          <w:lang w:val="it-IT"/>
        </w:rPr>
        <w:br/>
      </w:r>
      <w:r w:rsidRPr="00384D49">
        <w:rPr>
          <w:rFonts w:asciiTheme="majorHAnsi" w:eastAsiaTheme="majorEastAsia" w:hAnsiTheme="majorHAnsi" w:cstheme="majorHAnsi"/>
          <w:b/>
          <w:bCs/>
        </w:rPr>
        <w:t>Basilikumrisotto mit frischem Büffelmozzarella</w:t>
      </w:r>
      <w:r w:rsidR="00DA62E6">
        <w:rPr>
          <w:rFonts w:cstheme="majorHAnsi"/>
          <w:lang w:val="de-DE"/>
        </w:rPr>
        <w:br/>
      </w:r>
      <w:r w:rsidRPr="00384D49">
        <w:rPr>
          <w:rFonts w:asciiTheme="majorHAnsi" w:hAnsiTheme="majorHAnsi" w:cstheme="majorHAnsi"/>
        </w:rPr>
        <w:t>Risotto al basilico con mozzarella di bufala fresca</w:t>
      </w:r>
    </w:p>
    <w:p w14:paraId="3C396FE2" w14:textId="77777777" w:rsidR="00384D49" w:rsidRDefault="00384D49" w:rsidP="00E54378">
      <w:pPr>
        <w:pStyle w:val="berschrift3"/>
        <w:spacing w:before="0"/>
        <w:rPr>
          <w:rFonts w:cstheme="majorHAnsi"/>
          <w:color w:val="auto"/>
        </w:rPr>
      </w:pPr>
      <w:r w:rsidRPr="00384D49">
        <w:rPr>
          <w:rFonts w:cstheme="majorHAnsi"/>
          <w:color w:val="auto"/>
        </w:rPr>
        <w:t>Schweinefilet mit Kartoffelpüree</w:t>
      </w:r>
    </w:p>
    <w:p w14:paraId="6DBDB9FE" w14:textId="1EBEB8CA" w:rsidR="00E54378" w:rsidRPr="00E54378" w:rsidRDefault="00384D49" w:rsidP="00E54378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r w:rsidRPr="00384D49">
        <w:rPr>
          <w:rFonts w:cstheme="majorHAnsi"/>
          <w:b w:val="0"/>
          <w:bCs w:val="0"/>
          <w:color w:val="auto"/>
        </w:rPr>
        <w:t>Filetto di maiale con purè di patate</w:t>
      </w:r>
      <w:r w:rsidR="00DA62E6">
        <w:rPr>
          <w:rFonts w:cstheme="majorHAnsi"/>
          <w:color w:val="365F91" w:themeColor="accent1" w:themeShade="BF"/>
          <w:lang w:val="it-IT"/>
        </w:rPr>
        <w:br/>
      </w:r>
      <w:r w:rsidR="00E54378">
        <w:rPr>
          <w:rFonts w:cstheme="majorHAnsi"/>
          <w:color w:val="365F91" w:themeColor="accent1" w:themeShade="BF"/>
          <w:lang w:val="it-IT"/>
        </w:rPr>
        <w:br/>
      </w:r>
    </w:p>
    <w:p w14:paraId="518F6B99" w14:textId="434BFD7A" w:rsidR="00685738" w:rsidRPr="00E97FFA" w:rsidRDefault="00DA62E6" w:rsidP="00DA62E6">
      <w:pPr>
        <w:pStyle w:val="berschrift3"/>
        <w:spacing w:before="0"/>
        <w:rPr>
          <w:rFonts w:cstheme="majorHAnsi"/>
          <w:color w:val="auto"/>
        </w:rPr>
      </w:pPr>
      <w:r w:rsidRPr="00DA62E6">
        <w:rPr>
          <w:rFonts w:cstheme="majorHAnsi"/>
          <w:color w:val="365F91" w:themeColor="accent1" w:themeShade="BF"/>
          <w:lang w:val="it-IT"/>
        </w:rPr>
        <w:t>Donnerstag / Giovedì</w:t>
      </w:r>
      <w:r w:rsidRPr="00DA62E6">
        <w:rPr>
          <w:rFonts w:cstheme="majorHAnsi"/>
          <w:color w:val="auto"/>
          <w:lang w:val="de-DE"/>
        </w:rPr>
        <w:br/>
      </w:r>
      <w:r w:rsidR="00AB3756" w:rsidRPr="00AB3756">
        <w:rPr>
          <w:rFonts w:cstheme="majorHAnsi"/>
          <w:color w:val="auto"/>
        </w:rPr>
        <w:t>Penne nach Hirtenart</w:t>
      </w:r>
    </w:p>
    <w:p w14:paraId="313100A0" w14:textId="76E13430" w:rsidR="00DA62E6" w:rsidRPr="00DA62E6" w:rsidRDefault="00384D49" w:rsidP="00DA62E6">
      <w:pPr>
        <w:pStyle w:val="berschrift3"/>
        <w:spacing w:before="0"/>
        <w:rPr>
          <w:rFonts w:cstheme="majorHAnsi"/>
          <w:color w:val="auto"/>
          <w:lang w:val="de-DE"/>
        </w:rPr>
      </w:pPr>
      <w:r w:rsidRPr="00384D49">
        <w:rPr>
          <w:rFonts w:cstheme="majorHAnsi"/>
          <w:b w:val="0"/>
          <w:bCs w:val="0"/>
          <w:i/>
          <w:iCs/>
          <w:color w:val="auto"/>
        </w:rPr>
        <w:t>Penne al</w:t>
      </w:r>
      <w:r w:rsidR="00AB3756">
        <w:rPr>
          <w:rFonts w:cstheme="majorHAnsi"/>
          <w:b w:val="0"/>
          <w:bCs w:val="0"/>
          <w:i/>
          <w:iCs/>
          <w:color w:val="auto"/>
        </w:rPr>
        <w:t>la pastora</w:t>
      </w:r>
      <w:r w:rsidR="00DA62E6">
        <w:rPr>
          <w:rFonts w:cstheme="majorHAnsi"/>
          <w:color w:val="auto"/>
          <w:lang w:val="de-DE"/>
        </w:rPr>
        <w:br/>
      </w:r>
      <w:r w:rsidR="00DA62E6" w:rsidRPr="00DA62E6">
        <w:rPr>
          <w:rFonts w:cstheme="majorHAnsi"/>
          <w:color w:val="auto"/>
          <w:lang w:val="de-DE"/>
        </w:rPr>
        <w:br/>
      </w:r>
      <w:r w:rsidRPr="00384D49">
        <w:rPr>
          <w:rFonts w:cstheme="majorHAnsi"/>
          <w:color w:val="auto"/>
        </w:rPr>
        <w:t>Wiener Schnitzel vom Schwein mit Pommes frites</w:t>
      </w:r>
      <w:r w:rsidR="00DA62E6">
        <w:rPr>
          <w:rFonts w:cstheme="majorHAnsi"/>
          <w:color w:val="auto"/>
          <w:lang w:val="de-DE"/>
        </w:rPr>
        <w:br/>
      </w:r>
      <w:r w:rsidRPr="00384D49">
        <w:rPr>
          <w:rFonts w:cstheme="majorHAnsi"/>
          <w:b w:val="0"/>
          <w:bCs w:val="0"/>
          <w:i/>
          <w:iCs/>
          <w:color w:val="auto"/>
        </w:rPr>
        <w:t>Cotoletta alla</w:t>
      </w:r>
      <w:r>
        <w:rPr>
          <w:rFonts w:cstheme="majorHAnsi"/>
          <w:b w:val="0"/>
          <w:bCs w:val="0"/>
          <w:i/>
          <w:iCs/>
          <w:color w:val="auto"/>
        </w:rPr>
        <w:t xml:space="preserve"> milanese</w:t>
      </w:r>
      <w:r w:rsidRPr="00384D49">
        <w:rPr>
          <w:rFonts w:cstheme="majorHAnsi"/>
          <w:b w:val="0"/>
          <w:bCs w:val="0"/>
          <w:i/>
          <w:iCs/>
          <w:color w:val="auto"/>
        </w:rPr>
        <w:t xml:space="preserve"> di maiale con patatine fritte</w:t>
      </w:r>
      <w:r w:rsidR="00DA62E6">
        <w:rPr>
          <w:rFonts w:cstheme="majorHAnsi"/>
          <w:b w:val="0"/>
          <w:bCs w:val="0"/>
          <w:color w:val="auto"/>
        </w:rPr>
        <w:br/>
      </w:r>
      <w:r w:rsidR="00A01F72">
        <w:rPr>
          <w:rFonts w:cstheme="majorHAnsi"/>
          <w:color w:val="auto"/>
          <w:lang w:val="de-DE"/>
        </w:rPr>
        <w:br/>
      </w:r>
    </w:p>
    <w:p w14:paraId="68B27ACA" w14:textId="77777777" w:rsidR="00DA62E6" w:rsidRPr="00DA62E6" w:rsidRDefault="00DA62E6" w:rsidP="00DA62E6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Freitag / Venerdì</w:t>
      </w:r>
    </w:p>
    <w:p w14:paraId="7E7A7F71" w14:textId="7991F8D8" w:rsidR="00A01F72" w:rsidRPr="00DA78B4" w:rsidRDefault="00384D49" w:rsidP="00A01F72">
      <w:pPr>
        <w:rPr>
          <w:rFonts w:cstheme="majorHAnsi"/>
          <w:lang w:val="de-DE"/>
        </w:rPr>
      </w:pPr>
      <w:r w:rsidRPr="00384D49">
        <w:rPr>
          <w:rFonts w:asciiTheme="majorHAnsi" w:hAnsiTheme="majorHAnsi" w:cstheme="majorHAnsi"/>
          <w:b/>
          <w:bCs/>
        </w:rPr>
        <w:t xml:space="preserve">Paccheri mit </w:t>
      </w:r>
      <w:r w:rsidR="00AB3756">
        <w:rPr>
          <w:rFonts w:asciiTheme="majorHAnsi" w:hAnsiTheme="majorHAnsi" w:cstheme="majorHAnsi"/>
          <w:b/>
          <w:bCs/>
        </w:rPr>
        <w:t>Salsa Rosa</w:t>
      </w:r>
      <w:r w:rsidRPr="00384D49">
        <w:rPr>
          <w:rFonts w:asciiTheme="majorHAnsi" w:hAnsiTheme="majorHAnsi" w:cstheme="majorHAnsi"/>
          <w:b/>
          <w:bCs/>
        </w:rPr>
        <w:t xml:space="preserve"> und Lachs</w:t>
      </w:r>
      <w:r w:rsidR="00DE5388">
        <w:rPr>
          <w:rFonts w:asciiTheme="majorHAnsi" w:hAnsiTheme="majorHAnsi" w:cstheme="majorHAnsi"/>
          <w:lang w:val="it-IT"/>
        </w:rPr>
        <w:br/>
      </w:r>
      <w:r w:rsidRPr="00384D49">
        <w:rPr>
          <w:rFonts w:asciiTheme="majorHAnsi" w:eastAsiaTheme="majorEastAsia" w:hAnsiTheme="majorHAnsi" w:cstheme="majorHAnsi"/>
        </w:rPr>
        <w:t>Paccheri con salsa rosa e salmone</w:t>
      </w:r>
      <w:r w:rsidR="00A01F72">
        <w:rPr>
          <w:rFonts w:cstheme="majorHAnsi"/>
          <w:lang w:val="de-DE"/>
        </w:rPr>
        <w:br/>
      </w:r>
      <w:r w:rsidR="00DE5388">
        <w:rPr>
          <w:rStyle w:val="Hervorhebung"/>
          <w:rFonts w:asciiTheme="majorHAnsi" w:hAnsiTheme="majorHAnsi" w:cstheme="majorHAnsi"/>
          <w:i w:val="0"/>
          <w:iCs w:val="0"/>
          <w:lang w:val="it-IT"/>
        </w:rPr>
        <w:br/>
      </w:r>
      <w:r w:rsidRPr="00384D49">
        <w:rPr>
          <w:rFonts w:asciiTheme="majorHAnsi" w:hAnsiTheme="majorHAnsi" w:cstheme="majorHAnsi"/>
          <w:b/>
          <w:bCs/>
        </w:rPr>
        <w:t>Tomaten, Mozzarella und Basilikum</w:t>
      </w:r>
      <w:r w:rsidR="00DA78B4">
        <w:rPr>
          <w:rFonts w:cstheme="majorHAnsi"/>
          <w:lang w:val="de-DE"/>
        </w:rPr>
        <w:br/>
      </w:r>
      <w:r w:rsidRPr="00384D49">
        <w:rPr>
          <w:rFonts w:asciiTheme="majorHAnsi" w:hAnsiTheme="majorHAnsi" w:cstheme="majorHAnsi"/>
        </w:rPr>
        <w:t>Pomodoro, mozzarella e basilico</w:t>
      </w:r>
      <w:r w:rsidR="00A01F72">
        <w:rPr>
          <w:rFonts w:cstheme="majorHAnsi"/>
          <w:lang w:val="de-DE"/>
        </w:rPr>
        <w:br/>
      </w:r>
    </w:p>
    <w:p w14:paraId="24F4DA2E" w14:textId="5DF7ECAF" w:rsidR="00DF7D9F" w:rsidRPr="00DA62E6" w:rsidRDefault="00DF7D9F" w:rsidP="00DA62E6">
      <w:pPr>
        <w:pStyle w:val="berschrift3"/>
        <w:spacing w:before="0"/>
        <w:rPr>
          <w:rFonts w:cstheme="majorHAnsi"/>
          <w:color w:val="auto"/>
          <w:lang w:val="it-IT"/>
        </w:rPr>
      </w:pPr>
    </w:p>
    <w:sectPr w:rsidR="00DF7D9F" w:rsidRPr="00DA62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8064555">
    <w:abstractNumId w:val="8"/>
  </w:num>
  <w:num w:numId="2" w16cid:durableId="988049582">
    <w:abstractNumId w:val="6"/>
  </w:num>
  <w:num w:numId="3" w16cid:durableId="1698193679">
    <w:abstractNumId w:val="5"/>
  </w:num>
  <w:num w:numId="4" w16cid:durableId="458570287">
    <w:abstractNumId w:val="4"/>
  </w:num>
  <w:num w:numId="5" w16cid:durableId="1600409401">
    <w:abstractNumId w:val="7"/>
  </w:num>
  <w:num w:numId="6" w16cid:durableId="292172298">
    <w:abstractNumId w:val="3"/>
  </w:num>
  <w:num w:numId="7" w16cid:durableId="875116694">
    <w:abstractNumId w:val="2"/>
  </w:num>
  <w:num w:numId="8" w16cid:durableId="132721191">
    <w:abstractNumId w:val="1"/>
  </w:num>
  <w:num w:numId="9" w16cid:durableId="77355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09"/>
    <w:rsid w:val="000E7855"/>
    <w:rsid w:val="000F01FD"/>
    <w:rsid w:val="000F7C92"/>
    <w:rsid w:val="0015074B"/>
    <w:rsid w:val="00152F35"/>
    <w:rsid w:val="001673B3"/>
    <w:rsid w:val="001816F0"/>
    <w:rsid w:val="00184AF7"/>
    <w:rsid w:val="001F34D8"/>
    <w:rsid w:val="00270B8E"/>
    <w:rsid w:val="0029639D"/>
    <w:rsid w:val="00296CEF"/>
    <w:rsid w:val="002C07C4"/>
    <w:rsid w:val="00306B57"/>
    <w:rsid w:val="00326F90"/>
    <w:rsid w:val="00383243"/>
    <w:rsid w:val="00384D49"/>
    <w:rsid w:val="003F4B4F"/>
    <w:rsid w:val="0042647F"/>
    <w:rsid w:val="00440802"/>
    <w:rsid w:val="004D594B"/>
    <w:rsid w:val="004D66E0"/>
    <w:rsid w:val="004F30F2"/>
    <w:rsid w:val="004F6EE9"/>
    <w:rsid w:val="005572FA"/>
    <w:rsid w:val="005A55DB"/>
    <w:rsid w:val="005C49C3"/>
    <w:rsid w:val="005D355C"/>
    <w:rsid w:val="005F070A"/>
    <w:rsid w:val="00685738"/>
    <w:rsid w:val="006A08F6"/>
    <w:rsid w:val="00713364"/>
    <w:rsid w:val="00763FA1"/>
    <w:rsid w:val="0079660B"/>
    <w:rsid w:val="007F2E1A"/>
    <w:rsid w:val="008136C2"/>
    <w:rsid w:val="00824A79"/>
    <w:rsid w:val="00890302"/>
    <w:rsid w:val="008930F7"/>
    <w:rsid w:val="008A32E0"/>
    <w:rsid w:val="008D6A2B"/>
    <w:rsid w:val="00900300"/>
    <w:rsid w:val="00912AE6"/>
    <w:rsid w:val="009B2505"/>
    <w:rsid w:val="00A01F72"/>
    <w:rsid w:val="00A0748F"/>
    <w:rsid w:val="00A94B11"/>
    <w:rsid w:val="00AA1D8D"/>
    <w:rsid w:val="00AB3756"/>
    <w:rsid w:val="00AF15F9"/>
    <w:rsid w:val="00B21B32"/>
    <w:rsid w:val="00B247DA"/>
    <w:rsid w:val="00B255F7"/>
    <w:rsid w:val="00B43C2C"/>
    <w:rsid w:val="00B47730"/>
    <w:rsid w:val="00B73844"/>
    <w:rsid w:val="00B91DC2"/>
    <w:rsid w:val="00BC0B61"/>
    <w:rsid w:val="00C56B5A"/>
    <w:rsid w:val="00C9755E"/>
    <w:rsid w:val="00CB0664"/>
    <w:rsid w:val="00CB579B"/>
    <w:rsid w:val="00D41FC2"/>
    <w:rsid w:val="00D56E3C"/>
    <w:rsid w:val="00DA62E6"/>
    <w:rsid w:val="00DA78B4"/>
    <w:rsid w:val="00DE3DB0"/>
    <w:rsid w:val="00DE5388"/>
    <w:rsid w:val="00DF7D9F"/>
    <w:rsid w:val="00E03338"/>
    <w:rsid w:val="00E3474B"/>
    <w:rsid w:val="00E54378"/>
    <w:rsid w:val="00E930BA"/>
    <w:rsid w:val="00E97FFA"/>
    <w:rsid w:val="00EE068E"/>
    <w:rsid w:val="00F1664A"/>
    <w:rsid w:val="00F36224"/>
    <w:rsid w:val="00F4216B"/>
    <w:rsid w:val="00F82481"/>
    <w:rsid w:val="00FC4E52"/>
    <w:rsid w:val="00FC693F"/>
    <w:rsid w:val="00FD3415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8BAE6"/>
  <w14:defaultImageDpi w14:val="300"/>
  <w15:docId w15:val="{67782511-C310-4461-839F-37B1DDD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DA62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3CF1E-2DA1-47DF-BBFD-E647FEE6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3</cp:revision>
  <cp:lastPrinted>2026-09-07T08:32:00Z</cp:lastPrinted>
  <dcterms:created xsi:type="dcterms:W3CDTF">2026-09-07T08:32:00Z</dcterms:created>
  <dcterms:modified xsi:type="dcterms:W3CDTF">2026-09-07T08:36:00Z</dcterms:modified>
</cp:coreProperties>
</file>